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מחזור המים ובקשת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מחזור המים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מחזור המים לתפילה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בטבע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הם מתאדים ועולים לשמיים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מהאדים שמתקררים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הטיפות גדלות ונהיות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לנחלים, לאגמים ולמי התהום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גשם וטל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האידוי קורה קודם ואז נוצרים 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הטיפות גדלות ואז יורד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המים חוזרים לים ומתחילים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תהום נמצאים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מבקשים טל ומטר בעונה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למה שקורה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(המים מתאדים)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(נוצרים 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(נעשות כבדות)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(יורד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(המים זורמים לנחלים 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מסע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מי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ועולים לשמיים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מתקררים ונוצרים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הטיפות בענן גדלות ונעשות כבדות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 גשם על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המים זורמים לנחלים, לאגמים ולמי התהום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הגשם משקה את הצמחים, ממלא את מאגרי המים ועוזר לכולנו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חוזרים על עצמם במסע - מהים לשמיים ובחזרה לאדמה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המים עולים לשמיים כאדים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הטיפות גדלות ונעשות כבדות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שיהיה מים לצמחים ולאנשים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בציור של מחזור המים על הלוח תוך כדי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סדר השלבים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הנושא לתפילה בכיתה ולדבר על חשיבות הגשם בארץ 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מחזור המים ובקשת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בתפילה אנחנו מבקשים מהשם גשם, וכדי להבין את הבקשה כדאי להכיר איך נוצר הגשם בטבע - מסע הטיפה במחזור המים.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למים בשלב הראשון של המחזור?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קופאים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מתאדים ועולים לשמיים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זורמים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יורדים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נוצרים העננים?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מהאדים שמתקררים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יורד גשם מהעננים?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השמש חמה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הטיפות גדלות ונהיות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הלילה 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זורמים המים אחרי שיורד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לנחלים, לאגמים ולמי התהום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מחמם את מי הים בתחילת המחזור?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אנחנו מבקשים בתפילת ותן טל ומטר?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וטל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 בקיץ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מתאדים לפני שנוצרים 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יורד לפני שהטיפות גדלות בענן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מחזור המים הוא מסע שחוזר על עצמו שוב ושוב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התהום נמצאים מעל השמיים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בתפילה מבקשים גשם בזמן המתאים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השמש __________ את מי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האדים מתקררים ונוצרים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הטיפות בענן גדלות ונעשות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יורד __________ על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המים זורמים לנחלים, לאגמים ולמי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בתפילה מבקשים ותן __________ ומטר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שלב למה שקורה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השמש מחממת את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האדים מתקררים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נעשות כבדות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הטיפות בענן גדלות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המים זורמים לנחלים 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הטיפות כבדות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המים מתאדים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הגשם יורד על האדמה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נוצרים 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על 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מחממת את מי 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מתאדים ועולים לשמיים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האדים מתקררים ונוצרים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זורמים לנחלים, לאגמים ולמי התהום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הטיפות בענן גדלות ונעשות כבדות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אנחנו צריכים 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מחזור המים מראה לנו שהמים בטבע לא נגמרים?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למים כשהם מתאדים?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לטיפות לרדת מהענן כגשם?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מבקשים טל ומטר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מחזור המים ובקשת הגשם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