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מחזור המים ובקשת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מחזור המים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מחזור המים לתפילה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בטבע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הם מתאדים ועולים לשמיים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מהאדים שמתקררים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הטיפות גדלות ונהיות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לנחלים, לאגמים ולמי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גשם וטל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האידוי קורה קודם ואז נוצרים 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הטיפות גדלות ואז יורד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המים חוזרים לים ומתחילים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תהום נמצאים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מבקשים טל ומטר בעונה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למה שקורה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(המים מתאדים)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(נוצרים 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(נעשות כבדות)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(המים זורמים לנחלים 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מסע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מי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ועולים לשמיים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מתקררים ונוצרים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הטיפות בענן גדלות ונעשות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 גשם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המים זורמים לנחלים, לאגמים ולמי התהום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הגשם משקה את הצמחים, ממלא את מאגרי המים ועוזר לכולנו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חוזרים על עצמם במסע - מהים לשמיים ובחזרה לאדמה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המים עולים לשמיים כאדים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הטיפות גדלות ונעשות כבדות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שיהיה מים לצמחים ולאנשים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בציור של מחזור המים על הלוח תוך כדי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סדר השלבים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לתפילה בכיתה ולדבר על חשיבות הגשם בארץ 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מחזור המים ובקשת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איך נוצר הגשם. המים עוברים מסע בטבע - מהים לשמיים ובחזרה לאדמה.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מַחְזוֹר הַמַּיִם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של המים בטבע - מהים לשמיים ובחזרה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מִתְאַדִּים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לאדים ועולים למעלה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עֲנָנִים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נוצרים כשהאדים מתקררים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טַל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קטנות שיורדות בלילה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מָטָר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נְחָלִים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זרמי מים קטנים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מֵי תְּהוֹם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הנמצאים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קופאים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מתאדים ועולים לשמיים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זורמים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יורדים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ממה נוצר ענן?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מהאדים שמתקררים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טיפות נופלות מהענן?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השמש חמה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הטיפות גדלות ונהיות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הלילה 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הולכים מי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לנחלים, לאגמים ולמי התהום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עוזר למים להתאדות?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מבקשים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 בקיץ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לפני שנוצרים 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יורד לפני שהטיפות גדלות בענן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המים הוא מסע שחוזר על עצמו שוב ושוב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התהום נמצאים מעל 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בתפילה מבקשים גשם בזמן המתאים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__________ את מי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האדים מתקררים ונוצרים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הטיפות בענן גדלות ונעשות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יורד __________ על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המים זורמים לנחלים, לאגמים ולמי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בתפילה מבקשים ותן __________ ומטר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למה שקורה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השמש מחממת את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נעשות כבדות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האדים מתקררים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הטיפות בענן גדלות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המים זורמים לנחלים 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הטיפות כבדות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המים מתאדים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הגשם יורד על האדמה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נוצרים 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ועולים לשמיים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מחממת את מי 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זורמים לנחלים, לאגמים ולמי התהום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מתקררים ונוצרים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הטיפות בענן גדלות ונעשות כבדות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על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אנחנו צריכים 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מחזור המים מראה לנו שהמים בטבע לא נגמרים?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למים כשהם מתאדים?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לטיפות לרדת מהענן כגשם?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מבקשים טל ומטר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מחזור המים ובקשת הגשם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