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מחזור המים ובקשת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מחזור המים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מחזור המים לתפילה ותן טל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בטבע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הם מתאדים ועולים לשמיים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מהאדים שמתקררים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הטיפות גדלות ונהיות כבדות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האידוי קורה קודם ואז נוצרים העננים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הטיפות גדלות ואז יורד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המים חוזרים לים ומתחילים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מחממת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למה שקורה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(המים מתאדים)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(נוצרים עננים)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(נעשות כבדות)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(יורד 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מסע הטיפה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השמש מחממת את מי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מתאדים ועולים לשמיים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האדים מתקררים ונוצרים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הטיפות בענן גדלות ונעשות כבדות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הגשם משקה את הצמחים, ממלא את מאגרי המים ועוזר לכולנו לחיות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המים עולים לשמיים כאדים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הטיפות גדלות ונעשות כבדות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שיהיה מים לצמחים ולאנשים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בציור של מחזור המים על הלוח תוך כדי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סדר השלבים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הנושא לתפילה בכיתה ולדבר על חשיבות הגשם בארץ 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מחזור המים ובקשת הגשם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בתפילה אנחנו מבקשים מהשם גשם, וכדי להבין את הבקשה כדאי להכיר איך נוצר הגשם בטבע - מסע הטיפה במחזור המים.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עננים  ·  מחממת  ·  כבדות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למים בשלב הראשון של המחזור?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הם קופאים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הם מתאדים ועולים לשמיים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זורמים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נוצרים העננים?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מהאדים שמתקררים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יורד גשם מהעננים?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השמש חמה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הטיפות גדלות ונהיות כבדות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יש רוח חזקה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מתאדים לפני שנוצרים 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הגשם יורד לפני שהטיפות גדלות בענן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מחזור המים הוא מסע שחוזר על עצמו שוב ושוב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השמש __________ את מי 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האדים מתקררים ונוצרים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הטיפות בענן גדלות ונעשות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שלב למה שקורה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השמש מחממת את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נוצרים עננים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האדים מתקררים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נעשות כבדות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הטיפות בענן גדלות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הטיפות כבדות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המים מתאדים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מסע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מתאדים ועולים לשמיים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הטיפות בענן גדלות ונעשות כבדות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השמש מחממת את מי הים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האדים מתקררים ונוצרים עננים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אנחנו צריכים גשם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למים כשהם מתאדים?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גורם לטיפות לרדת מהענן כגשם?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מחזור המים ובקשת הגשם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